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D1E" w:rsidRDefault="000E0899">
      <w:pPr>
        <w:spacing w:after="40" w:line="240" w:lineRule="auto"/>
        <w:jc w:val="center"/>
      </w:pPr>
      <w:r>
        <w:rPr>
          <w:color w:val="0B4F84"/>
          <w:sz w:val="16"/>
        </w:rPr>
        <w:t>────────────────────────────────────────────────────────</w:t>
      </w:r>
    </w:p>
    <w:p w:rsidR="00D36D1E" w:rsidRDefault="000E0899">
      <w:pPr>
        <w:spacing w:after="0" w:line="240" w:lineRule="auto"/>
        <w:jc w:val="center"/>
      </w:pPr>
      <w:r>
        <w:rPr>
          <w:b/>
          <w:color w:val="0B4F84"/>
          <w:sz w:val="28"/>
        </w:rPr>
        <w:t>Supplier Declaration on Relationship with Employees and Conflict of Interest</w:t>
      </w:r>
    </w:p>
    <w:p w:rsidR="00D36D1E" w:rsidRDefault="000E0899">
      <w:pPr>
        <w:spacing w:after="80" w:line="240" w:lineRule="auto"/>
        <w:jc w:val="center"/>
      </w:pPr>
      <w:r>
        <w:rPr>
          <w:b/>
          <w:color w:val="0A6A8E"/>
          <w:sz w:val="24"/>
        </w:rPr>
        <w:t>نموذج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إقرار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المزود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بشأن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علاقته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بموظفي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المنظمة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وتضارب</w:t>
      </w:r>
      <w:r>
        <w:rPr>
          <w:b/>
          <w:color w:val="0A6A8E"/>
          <w:sz w:val="24"/>
        </w:rPr>
        <w:t xml:space="preserve"> </w:t>
      </w:r>
      <w:r>
        <w:rPr>
          <w:b/>
          <w:color w:val="0A6A8E"/>
          <w:sz w:val="24"/>
        </w:rPr>
        <w:t>المصالح</w:t>
      </w:r>
    </w:p>
    <w:tbl>
      <w:tblPr>
        <w:tblW w:w="11700" w:type="dxa"/>
        <w:tblInd w:w="-342" w:type="dxa"/>
        <w:tblBorders>
          <w:top w:val="single" w:sz="6" w:space="0" w:color="8A8A8A"/>
          <w:left w:val="single" w:sz="6" w:space="0" w:color="8A8A8A"/>
          <w:bottom w:val="single" w:sz="6" w:space="0" w:color="8A8A8A"/>
          <w:right w:val="single" w:sz="6" w:space="0" w:color="8A8A8A"/>
          <w:insideH w:val="single" w:sz="6" w:space="0" w:color="8A8A8A"/>
          <w:insideV w:val="single" w:sz="6" w:space="0" w:color="8A8A8A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4410"/>
        <w:gridCol w:w="1710"/>
        <w:gridCol w:w="630"/>
        <w:gridCol w:w="1980"/>
      </w:tblGrid>
      <w:tr w:rsidR="00D36D1E" w:rsidTr="00BC21C8">
        <w:tc>
          <w:tcPr>
            <w:tcW w:w="11700" w:type="dxa"/>
            <w:gridSpan w:val="5"/>
            <w:shd w:val="clear" w:color="auto" w:fill="0B4F84"/>
            <w:vAlign w:val="center"/>
          </w:tcPr>
          <w:p w:rsidR="00D36D1E" w:rsidRDefault="000E0899">
            <w:bookmarkStart w:id="0" w:name="_Hlk225336215"/>
            <w:r>
              <w:rPr>
                <w:b/>
                <w:color w:val="FFFFFF"/>
                <w:sz w:val="22"/>
              </w:rPr>
              <w:t xml:space="preserve">Supplier </w:t>
            </w:r>
            <w:proofErr w:type="gramStart"/>
            <w:r>
              <w:rPr>
                <w:b/>
                <w:color w:val="FFFFFF"/>
                <w:sz w:val="22"/>
              </w:rPr>
              <w:t>Information  |</w:t>
            </w:r>
            <w:proofErr w:type="gramEnd"/>
            <w:r>
              <w:rPr>
                <w:b/>
                <w:color w:val="FFFFFF"/>
                <w:sz w:val="22"/>
              </w:rPr>
              <w:t xml:space="preserve">  </w:t>
            </w:r>
            <w:proofErr w:type="spellStart"/>
            <w:r>
              <w:rPr>
                <w:b/>
                <w:color w:val="FFFFFF"/>
                <w:sz w:val="22"/>
              </w:rPr>
              <w:t>معلومات</w:t>
            </w:r>
            <w:proofErr w:type="spellEnd"/>
            <w:r>
              <w:rPr>
                <w:b/>
                <w:color w:val="FFFFFF"/>
                <w:sz w:val="22"/>
              </w:rPr>
              <w:t xml:space="preserve"> </w:t>
            </w:r>
            <w:r>
              <w:rPr>
                <w:b/>
                <w:color w:val="FFFFFF"/>
                <w:sz w:val="22"/>
              </w:rPr>
              <w:t>المزود</w:t>
            </w:r>
            <w:bookmarkStart w:id="1" w:name="_GoBack"/>
            <w:bookmarkEnd w:id="1"/>
          </w:p>
        </w:tc>
      </w:tr>
      <w:tr w:rsidR="00D36D1E" w:rsidTr="00BC21C8">
        <w:tc>
          <w:tcPr>
            <w:tcW w:w="297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Supplier / </w:t>
            </w:r>
            <w:r>
              <w:rPr>
                <w:b/>
                <w:color w:val="1F2937"/>
              </w:rPr>
              <w:t xml:space="preserve">Company Name / </w:t>
            </w:r>
            <w:r>
              <w:rPr>
                <w:b/>
                <w:color w:val="1F2937"/>
              </w:rPr>
              <w:t>الاسم</w:t>
            </w:r>
          </w:p>
        </w:tc>
        <w:tc>
          <w:tcPr>
            <w:tcW w:w="441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  <w:tc>
          <w:tcPr>
            <w:tcW w:w="2340" w:type="dxa"/>
            <w:gridSpan w:val="2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Registration No. / </w:t>
            </w:r>
            <w:r>
              <w:rPr>
                <w:b/>
                <w:color w:val="1F2937"/>
              </w:rPr>
              <w:t>رقم</w:t>
            </w:r>
            <w:r>
              <w:rPr>
                <w:b/>
                <w:color w:val="1F2937"/>
              </w:rPr>
              <w:t xml:space="preserve"> </w:t>
            </w:r>
            <w:r>
              <w:rPr>
                <w:b/>
                <w:color w:val="1F2937"/>
              </w:rPr>
              <w:t>السجل</w:t>
            </w:r>
          </w:p>
        </w:tc>
        <w:tc>
          <w:tcPr>
            <w:tcW w:w="198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</w:tr>
      <w:tr w:rsidR="00D36D1E" w:rsidTr="00BC21C8">
        <w:tc>
          <w:tcPr>
            <w:tcW w:w="297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Authorized Representative / </w:t>
            </w:r>
            <w:r>
              <w:rPr>
                <w:b/>
                <w:color w:val="1F2937"/>
              </w:rPr>
              <w:t>المفوض</w:t>
            </w:r>
          </w:p>
        </w:tc>
        <w:tc>
          <w:tcPr>
            <w:tcW w:w="441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  <w:tc>
          <w:tcPr>
            <w:tcW w:w="2340" w:type="dxa"/>
            <w:gridSpan w:val="2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E-mail / </w:t>
            </w:r>
            <w:r>
              <w:rPr>
                <w:b/>
                <w:color w:val="1F2937"/>
              </w:rPr>
              <w:t>البريد</w:t>
            </w:r>
            <w:r>
              <w:rPr>
                <w:b/>
                <w:color w:val="1F2937"/>
              </w:rPr>
              <w:t xml:space="preserve"> </w:t>
            </w:r>
            <w:r>
              <w:rPr>
                <w:b/>
                <w:color w:val="1F2937"/>
              </w:rPr>
              <w:t>الإلكتروني</w:t>
            </w:r>
          </w:p>
        </w:tc>
        <w:tc>
          <w:tcPr>
            <w:tcW w:w="198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</w:tr>
      <w:tr w:rsidR="00D36D1E" w:rsidTr="00BC21C8">
        <w:tc>
          <w:tcPr>
            <w:tcW w:w="297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Service / Supply Type / </w:t>
            </w:r>
            <w:r>
              <w:rPr>
                <w:b/>
                <w:color w:val="1F2937"/>
              </w:rPr>
              <w:t>نوع</w:t>
            </w:r>
            <w:r>
              <w:rPr>
                <w:b/>
                <w:color w:val="1F2937"/>
              </w:rPr>
              <w:t xml:space="preserve"> </w:t>
            </w:r>
            <w:r>
              <w:rPr>
                <w:b/>
                <w:color w:val="1F2937"/>
              </w:rPr>
              <w:t>الخدمة</w:t>
            </w:r>
          </w:p>
        </w:tc>
        <w:tc>
          <w:tcPr>
            <w:tcW w:w="441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  <w:tc>
          <w:tcPr>
            <w:tcW w:w="2340" w:type="dxa"/>
            <w:gridSpan w:val="2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Mobile Number / </w:t>
            </w:r>
            <w:r>
              <w:rPr>
                <w:b/>
                <w:color w:val="1F2937"/>
              </w:rPr>
              <w:t>رقم</w:t>
            </w:r>
            <w:r>
              <w:rPr>
                <w:b/>
                <w:color w:val="1F2937"/>
              </w:rPr>
              <w:t xml:space="preserve"> </w:t>
            </w:r>
            <w:r>
              <w:rPr>
                <w:b/>
                <w:color w:val="1F2937"/>
              </w:rPr>
              <w:t>الجوال</w:t>
            </w:r>
          </w:p>
        </w:tc>
        <w:tc>
          <w:tcPr>
            <w:tcW w:w="198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</w:tr>
      <w:tr w:rsidR="00D36D1E" w:rsidTr="00BC21C8">
        <w:tc>
          <w:tcPr>
            <w:tcW w:w="297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Address / Country / </w:t>
            </w:r>
            <w:r>
              <w:rPr>
                <w:b/>
                <w:color w:val="1F2937"/>
              </w:rPr>
              <w:t>العنوان</w:t>
            </w:r>
            <w:r>
              <w:rPr>
                <w:b/>
                <w:color w:val="1F2937"/>
              </w:rPr>
              <w:t xml:space="preserve"> / </w:t>
            </w:r>
            <w:r>
              <w:rPr>
                <w:b/>
                <w:color w:val="1F2937"/>
              </w:rPr>
              <w:t>البلد</w:t>
            </w:r>
          </w:p>
        </w:tc>
        <w:tc>
          <w:tcPr>
            <w:tcW w:w="441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  <w:tc>
          <w:tcPr>
            <w:tcW w:w="2340" w:type="dxa"/>
            <w:gridSpan w:val="2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0E0899">
            <w:r>
              <w:rPr>
                <w:b/>
                <w:color w:val="1F2937"/>
              </w:rPr>
              <w:t xml:space="preserve">Tender / Contract Ref. / </w:t>
            </w:r>
            <w:r>
              <w:rPr>
                <w:b/>
                <w:color w:val="1F2937"/>
              </w:rPr>
              <w:t>المرجع</w:t>
            </w:r>
          </w:p>
        </w:tc>
        <w:tc>
          <w:tcPr>
            <w:tcW w:w="1980" w:type="dxa"/>
            <w:tcMar>
              <w:top w:w="35" w:type="dxa"/>
              <w:left w:w="65" w:type="dxa"/>
              <w:bottom w:w="35" w:type="dxa"/>
              <w:right w:w="65" w:type="dxa"/>
            </w:tcMar>
            <w:vAlign w:val="center"/>
          </w:tcPr>
          <w:p w:rsidR="00D36D1E" w:rsidRDefault="00D36D1E"/>
        </w:tc>
      </w:tr>
      <w:tr w:rsidR="00D36D1E" w:rsidTr="00BC21C8">
        <w:tc>
          <w:tcPr>
            <w:tcW w:w="11700" w:type="dxa"/>
            <w:gridSpan w:val="5"/>
            <w:shd w:val="clear" w:color="auto" w:fill="F5F8FB"/>
            <w:tcMar>
              <w:top w:w="45" w:type="dxa"/>
              <w:left w:w="95" w:type="dxa"/>
              <w:bottom w:w="35" w:type="dxa"/>
              <w:right w:w="95" w:type="dxa"/>
            </w:tcMar>
          </w:tcPr>
          <w:p w:rsidR="00D36D1E" w:rsidRDefault="000E0899">
            <w:r>
              <w:rPr>
                <w:color w:val="1F2937"/>
                <w:sz w:val="16"/>
              </w:rPr>
              <w:t xml:space="preserve">Supplier/vendor includes any current or potential supplier, contractor, consultant, or service provider. Employee includes any staff or representative involved in procurement, evaluation, contracting, finance, or approvals. This declaration covers family, </w:t>
            </w:r>
            <w:r>
              <w:rPr>
                <w:color w:val="1F2937"/>
                <w:sz w:val="16"/>
              </w:rPr>
              <w:t>personal, business, ownership, employment, or financial interests that may affect decision integrity.</w:t>
            </w:r>
            <w:r>
              <w:rPr>
                <w:color w:val="1F2937"/>
                <w:sz w:val="16"/>
              </w:rPr>
              <w:br/>
            </w:r>
            <w:r>
              <w:rPr>
                <w:color w:val="1F2937"/>
                <w:sz w:val="16"/>
              </w:rPr>
              <w:t>يشمل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المورد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المزود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مزود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حالي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محتمل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مقاول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استشاري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مقدم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خدمة</w:t>
            </w:r>
            <w:r>
              <w:rPr>
                <w:color w:val="1F2937"/>
                <w:sz w:val="16"/>
              </w:rPr>
              <w:t xml:space="preserve">. </w:t>
            </w:r>
            <w:r>
              <w:rPr>
                <w:color w:val="1F2937"/>
                <w:sz w:val="16"/>
              </w:rPr>
              <w:t>ويشمل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الموظف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موظف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ممثل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يشارك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الشراء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التقييم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التعاقد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المالي</w:t>
            </w:r>
            <w:r>
              <w:rPr>
                <w:color w:val="1F2937"/>
                <w:sz w:val="16"/>
              </w:rPr>
              <w:t>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الاعتماد</w:t>
            </w:r>
            <w:r>
              <w:rPr>
                <w:color w:val="1F2937"/>
                <w:sz w:val="16"/>
              </w:rPr>
              <w:t xml:space="preserve">. </w:t>
            </w:r>
            <w:r>
              <w:rPr>
                <w:color w:val="1F2937"/>
                <w:sz w:val="16"/>
              </w:rPr>
              <w:t>ويغطي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هذا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الإقرار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علاقات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عائلية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شخصية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تجارية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ملكية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عمل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مصالح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مالية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قد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تؤثر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على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نزاهة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القرار</w:t>
            </w:r>
            <w:r>
              <w:rPr>
                <w:color w:val="1F2937"/>
                <w:sz w:val="16"/>
              </w:rPr>
              <w:t>.</w:t>
            </w:r>
          </w:p>
        </w:tc>
      </w:tr>
      <w:tr w:rsidR="00D36D1E" w:rsidTr="00BC21C8">
        <w:tc>
          <w:tcPr>
            <w:tcW w:w="7380" w:type="dxa"/>
            <w:gridSpan w:val="2"/>
            <w:shd w:val="clear" w:color="auto" w:fill="E8EFF6"/>
            <w:tcMar>
              <w:top w:w="25" w:type="dxa"/>
              <w:left w:w="65" w:type="dxa"/>
              <w:bottom w:w="25" w:type="dxa"/>
              <w:right w:w="65" w:type="dxa"/>
            </w:tcMar>
          </w:tcPr>
          <w:p w:rsidR="00D36D1E" w:rsidRDefault="000E0899">
            <w:r>
              <w:rPr>
                <w:b/>
                <w:color w:val="1F2937"/>
                <w:sz w:val="17"/>
              </w:rPr>
              <w:t xml:space="preserve">Please mark the appropriate response / </w:t>
            </w:r>
            <w:r>
              <w:rPr>
                <w:b/>
                <w:color w:val="1F2937"/>
                <w:sz w:val="17"/>
              </w:rPr>
              <w:t>الرجاء</w:t>
            </w:r>
            <w:r>
              <w:rPr>
                <w:b/>
                <w:color w:val="1F2937"/>
                <w:sz w:val="17"/>
              </w:rPr>
              <w:t xml:space="preserve"> </w:t>
            </w:r>
            <w:r>
              <w:rPr>
                <w:b/>
                <w:color w:val="1F2937"/>
                <w:sz w:val="17"/>
              </w:rPr>
              <w:t>تحديد</w:t>
            </w:r>
            <w:r>
              <w:rPr>
                <w:b/>
                <w:color w:val="1F2937"/>
                <w:sz w:val="17"/>
              </w:rPr>
              <w:t xml:space="preserve"> </w:t>
            </w:r>
            <w:r>
              <w:rPr>
                <w:b/>
                <w:color w:val="1F2937"/>
                <w:sz w:val="17"/>
              </w:rPr>
              <w:t>الإجابة</w:t>
            </w:r>
            <w:r>
              <w:rPr>
                <w:b/>
                <w:color w:val="1F2937"/>
                <w:sz w:val="17"/>
              </w:rPr>
              <w:t xml:space="preserve"> </w:t>
            </w:r>
            <w:r>
              <w:rPr>
                <w:b/>
                <w:color w:val="1F2937"/>
                <w:sz w:val="17"/>
              </w:rPr>
              <w:t>المناسبة</w:t>
            </w:r>
          </w:p>
        </w:tc>
        <w:tc>
          <w:tcPr>
            <w:tcW w:w="1710" w:type="dxa"/>
            <w:shd w:val="clear" w:color="auto" w:fill="E8EFF6"/>
            <w:tcMar>
              <w:top w:w="25" w:type="dxa"/>
              <w:left w:w="65" w:type="dxa"/>
              <w:bottom w:w="25" w:type="dxa"/>
              <w:right w:w="65" w:type="dxa"/>
            </w:tcMar>
          </w:tcPr>
          <w:p w:rsidR="00D36D1E" w:rsidRDefault="000E0899">
            <w:r>
              <w:rPr>
                <w:b/>
                <w:color w:val="1F2937"/>
              </w:rPr>
              <w:t>YES</w:t>
            </w:r>
            <w:r>
              <w:rPr>
                <w:b/>
                <w:color w:val="1F2937"/>
              </w:rPr>
              <w:br/>
            </w:r>
            <w:r>
              <w:rPr>
                <w:b/>
                <w:color w:val="1F2937"/>
              </w:rPr>
              <w:t>نعم</w:t>
            </w:r>
          </w:p>
        </w:tc>
        <w:tc>
          <w:tcPr>
            <w:tcW w:w="2610" w:type="dxa"/>
            <w:gridSpan w:val="2"/>
            <w:shd w:val="clear" w:color="auto" w:fill="E8EFF6"/>
            <w:tcMar>
              <w:top w:w="25" w:type="dxa"/>
              <w:left w:w="65" w:type="dxa"/>
              <w:bottom w:w="25" w:type="dxa"/>
              <w:right w:w="65" w:type="dxa"/>
            </w:tcMar>
          </w:tcPr>
          <w:p w:rsidR="00D36D1E" w:rsidRDefault="000E0899">
            <w:r>
              <w:rPr>
                <w:b/>
                <w:color w:val="1F2937"/>
              </w:rPr>
              <w:t>NO</w:t>
            </w:r>
            <w:r>
              <w:rPr>
                <w:b/>
                <w:color w:val="1F2937"/>
              </w:rPr>
              <w:br/>
            </w:r>
            <w:r>
              <w:rPr>
                <w:b/>
                <w:color w:val="1F2937"/>
              </w:rPr>
              <w:t>لا</w:t>
            </w:r>
          </w:p>
        </w:tc>
      </w:tr>
      <w:tr w:rsidR="00D36D1E" w:rsidTr="00BC21C8">
        <w:tc>
          <w:tcPr>
            <w:tcW w:w="738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r>
              <w:rPr>
                <w:color w:val="1F2937"/>
                <w:sz w:val="16"/>
              </w:rPr>
              <w:t xml:space="preserve">Do you or your company owners / staff have </w:t>
            </w:r>
            <w:r>
              <w:rPr>
                <w:color w:val="1F2937"/>
                <w:sz w:val="16"/>
              </w:rPr>
              <w:t>any family, personal, or business relationship with any SRD employee?</w:t>
            </w:r>
            <w:r>
              <w:rPr>
                <w:color w:val="1F2937"/>
                <w:sz w:val="16"/>
              </w:rPr>
              <w:br/>
            </w:r>
            <w:r>
              <w:rPr>
                <w:color w:val="1F2937"/>
                <w:sz w:val="16"/>
              </w:rPr>
              <w:t>هل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لديك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لدى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ملاك</w:t>
            </w:r>
            <w:r>
              <w:rPr>
                <w:color w:val="1F2937"/>
                <w:sz w:val="16"/>
              </w:rPr>
              <w:t xml:space="preserve"> / </w:t>
            </w:r>
            <w:r>
              <w:rPr>
                <w:color w:val="1F2937"/>
                <w:sz w:val="16"/>
              </w:rPr>
              <w:t>موظفي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شركتكم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علاقة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عائلية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شخصية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تجارية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مع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موظف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المنظمة؟</w:t>
            </w:r>
          </w:p>
        </w:tc>
        <w:tc>
          <w:tcPr>
            <w:tcW w:w="1710" w:type="dxa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  <w:tc>
          <w:tcPr>
            <w:tcW w:w="261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</w:tr>
      <w:tr w:rsidR="00D36D1E" w:rsidTr="00BC21C8">
        <w:tc>
          <w:tcPr>
            <w:tcW w:w="738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r>
              <w:rPr>
                <w:color w:val="1F2937"/>
                <w:sz w:val="16"/>
              </w:rPr>
              <w:t xml:space="preserve">Have you offered any gift, commission, hospitality, or personal benefit to any SRD </w:t>
            </w:r>
            <w:r>
              <w:rPr>
                <w:color w:val="1F2937"/>
                <w:sz w:val="16"/>
              </w:rPr>
              <w:t>employee during the last 12 months?</w:t>
            </w:r>
            <w:r>
              <w:rPr>
                <w:color w:val="1F2937"/>
                <w:sz w:val="16"/>
              </w:rPr>
              <w:br/>
            </w:r>
            <w:r>
              <w:rPr>
                <w:color w:val="1F2937"/>
                <w:sz w:val="16"/>
              </w:rPr>
              <w:t>هل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قدمتم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هدية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عمولة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ضيافة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منفعة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شخصية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لأي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موظف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المنظمة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خلال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آخر</w:t>
            </w:r>
            <w:r>
              <w:rPr>
                <w:color w:val="1F2937"/>
                <w:sz w:val="16"/>
              </w:rPr>
              <w:t xml:space="preserve"> 12 </w:t>
            </w:r>
            <w:r>
              <w:rPr>
                <w:color w:val="1F2937"/>
                <w:sz w:val="16"/>
              </w:rPr>
              <w:t>شهرًا؟</w:t>
            </w:r>
          </w:p>
        </w:tc>
        <w:tc>
          <w:tcPr>
            <w:tcW w:w="1710" w:type="dxa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  <w:tc>
          <w:tcPr>
            <w:tcW w:w="261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</w:tr>
      <w:tr w:rsidR="00D36D1E" w:rsidTr="00BC21C8">
        <w:tc>
          <w:tcPr>
            <w:tcW w:w="738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r>
              <w:rPr>
                <w:color w:val="1F2937"/>
                <w:sz w:val="16"/>
              </w:rPr>
              <w:t>Does any SRD employee have direct or indirect ownership, work, consultancy, or financial interest in your company?</w:t>
            </w:r>
            <w:r>
              <w:rPr>
                <w:color w:val="1F2937"/>
                <w:sz w:val="16"/>
              </w:rPr>
              <w:br/>
            </w:r>
            <w:r>
              <w:rPr>
                <w:color w:val="1F2937"/>
                <w:sz w:val="16"/>
              </w:rPr>
              <w:t>هل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لأي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موظف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المنظمة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ملكية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مباشرة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غير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مباشرة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عمل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استشارة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أو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مصلحة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مالية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في</w:t>
            </w:r>
            <w:r>
              <w:rPr>
                <w:color w:val="1F2937"/>
                <w:sz w:val="16"/>
              </w:rPr>
              <w:t xml:space="preserve"> </w:t>
            </w:r>
            <w:r>
              <w:rPr>
                <w:color w:val="1F2937"/>
                <w:sz w:val="16"/>
              </w:rPr>
              <w:t>شركتكم؟</w:t>
            </w:r>
          </w:p>
        </w:tc>
        <w:tc>
          <w:tcPr>
            <w:tcW w:w="1710" w:type="dxa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  <w:tc>
          <w:tcPr>
            <w:tcW w:w="2610" w:type="dxa"/>
            <w:gridSpan w:val="2"/>
            <w:tcMar>
              <w:top w:w="24" w:type="dxa"/>
              <w:left w:w="65" w:type="dxa"/>
              <w:bottom w:w="24" w:type="dxa"/>
              <w:right w:w="65" w:type="dxa"/>
            </w:tcMar>
            <w:vAlign w:val="center"/>
          </w:tcPr>
          <w:p w:rsidR="00D36D1E" w:rsidRDefault="000E0899">
            <w:pPr>
              <w:jc w:val="center"/>
            </w:pPr>
            <w:r>
              <w:rPr>
                <w:color w:val="0B4F84"/>
                <w:sz w:val="24"/>
              </w:rPr>
              <w:t>☐</w:t>
            </w:r>
          </w:p>
        </w:tc>
      </w:tr>
    </w:tbl>
    <w:bookmarkEnd w:id="0"/>
    <w:p w:rsidR="00D36D1E" w:rsidRDefault="000E0899">
      <w:pPr>
        <w:spacing w:before="20" w:after="20" w:line="240" w:lineRule="auto"/>
      </w:pPr>
      <w:r>
        <w:rPr>
          <w:b/>
          <w:color w:val="1F2937"/>
          <w:sz w:val="17"/>
        </w:rPr>
        <w:t xml:space="preserve">If YES, provide details below. / </w:t>
      </w:r>
      <w:r>
        <w:rPr>
          <w:b/>
          <w:color w:val="1F2937"/>
          <w:sz w:val="17"/>
        </w:rPr>
        <w:t>إذا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كانت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الإجابة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نعم،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يرجى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توضيح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التفاصيل</w:t>
      </w:r>
      <w:r>
        <w:rPr>
          <w:b/>
          <w:color w:val="1F2937"/>
          <w:sz w:val="17"/>
        </w:rPr>
        <w:t xml:space="preserve"> </w:t>
      </w:r>
      <w:r>
        <w:rPr>
          <w:b/>
          <w:color w:val="1F2937"/>
          <w:sz w:val="17"/>
        </w:rPr>
        <w:t>أدناه</w:t>
      </w:r>
      <w:r>
        <w:rPr>
          <w:b/>
          <w:color w:val="1F2937"/>
          <w:sz w:val="17"/>
        </w:rPr>
        <w:t>.</w:t>
      </w:r>
    </w:p>
    <w:tbl>
      <w:tblPr>
        <w:tblW w:w="11557" w:type="dxa"/>
        <w:jc w:val="center"/>
        <w:tblBorders>
          <w:top w:val="single" w:sz="6" w:space="0" w:color="8A8A8A"/>
          <w:left w:val="single" w:sz="6" w:space="0" w:color="8A8A8A"/>
          <w:bottom w:val="single" w:sz="6" w:space="0" w:color="8A8A8A"/>
          <w:right w:val="single" w:sz="6" w:space="0" w:color="8A8A8A"/>
          <w:insideH w:val="single" w:sz="6" w:space="0" w:color="8A8A8A"/>
          <w:insideV w:val="single" w:sz="6" w:space="0" w:color="8A8A8A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851"/>
        <w:gridCol w:w="736"/>
        <w:gridCol w:w="1701"/>
        <w:gridCol w:w="1701"/>
        <w:gridCol w:w="2324"/>
        <w:gridCol w:w="2430"/>
      </w:tblGrid>
      <w:tr w:rsidR="00D36D1E" w:rsidTr="00BC21C8">
        <w:trPr>
          <w:jc w:val="center"/>
        </w:trPr>
        <w:tc>
          <w:tcPr>
            <w:tcW w:w="1814" w:type="dxa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Supplier / Vendor</w:t>
            </w:r>
            <w:r>
              <w:rPr>
                <w:b/>
                <w:color w:val="FFFFFF"/>
                <w:sz w:val="14"/>
              </w:rPr>
              <w:br/>
            </w:r>
            <w:proofErr w:type="spellStart"/>
            <w:r>
              <w:rPr>
                <w:b/>
                <w:color w:val="FFFFFF"/>
                <w:sz w:val="14"/>
              </w:rPr>
              <w:t>اسم</w:t>
            </w:r>
            <w:proofErr w:type="spellEnd"/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المورد</w:t>
            </w:r>
          </w:p>
        </w:tc>
        <w:tc>
          <w:tcPr>
            <w:tcW w:w="1587" w:type="dxa"/>
            <w:gridSpan w:val="2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Service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الخدمة</w:t>
            </w:r>
          </w:p>
        </w:tc>
        <w:tc>
          <w:tcPr>
            <w:tcW w:w="1701" w:type="dxa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SRD Employee</w:t>
            </w:r>
            <w:r>
              <w:rPr>
                <w:b/>
                <w:color w:val="FFFFFF"/>
                <w:sz w:val="14"/>
              </w:rPr>
              <w:br/>
              <w:t>Name &amp; Position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اسم</w:t>
            </w:r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الموظف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وا</w:t>
            </w:r>
            <w:r>
              <w:rPr>
                <w:b/>
                <w:color w:val="FFFFFF"/>
                <w:sz w:val="14"/>
              </w:rPr>
              <w:t>لمنصب</w:t>
            </w:r>
          </w:p>
        </w:tc>
        <w:tc>
          <w:tcPr>
            <w:tcW w:w="1701" w:type="dxa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Relationship Type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نوع</w:t>
            </w:r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العلاقة</w:t>
            </w:r>
          </w:p>
        </w:tc>
        <w:tc>
          <w:tcPr>
            <w:tcW w:w="2324" w:type="dxa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Interest / Benefit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المصلحة</w:t>
            </w:r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أو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المنفعة</w:t>
            </w:r>
          </w:p>
        </w:tc>
        <w:tc>
          <w:tcPr>
            <w:tcW w:w="2430" w:type="dxa"/>
            <w:shd w:val="clear" w:color="auto" w:fill="0B4F84"/>
            <w:tcMar>
              <w:top w:w="35" w:type="dxa"/>
              <w:left w:w="60" w:type="dxa"/>
              <w:bottom w:w="35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4"/>
              </w:rPr>
              <w:t>Involved in decision?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هل</w:t>
            </w:r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يشارك</w:t>
            </w:r>
            <w:r>
              <w:rPr>
                <w:b/>
                <w:color w:val="FFFFFF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في</w:t>
            </w:r>
            <w:r>
              <w:rPr>
                <w:b/>
                <w:color w:val="FFFFFF"/>
                <w:sz w:val="14"/>
              </w:rPr>
              <w:br/>
            </w:r>
            <w:r>
              <w:rPr>
                <w:b/>
                <w:color w:val="FFFFFF"/>
                <w:sz w:val="14"/>
              </w:rPr>
              <w:t>القرار؟</w:t>
            </w:r>
          </w:p>
        </w:tc>
      </w:tr>
      <w:tr w:rsidR="00D36D1E" w:rsidTr="00BC21C8">
        <w:trPr>
          <w:jc w:val="center"/>
        </w:trPr>
        <w:tc>
          <w:tcPr>
            <w:tcW w:w="181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  <w:tc>
          <w:tcPr>
            <w:tcW w:w="1587" w:type="dxa"/>
            <w:gridSpan w:val="2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  <w:tc>
          <w:tcPr>
            <w:tcW w:w="170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  <w:tc>
          <w:tcPr>
            <w:tcW w:w="1701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  <w:tc>
          <w:tcPr>
            <w:tcW w:w="2324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  <w:tc>
          <w:tcPr>
            <w:tcW w:w="2430" w:type="dxa"/>
            <w:tcMar>
              <w:top w:w="40" w:type="dxa"/>
              <w:left w:w="60" w:type="dxa"/>
              <w:bottom w:w="40" w:type="dxa"/>
              <w:right w:w="60" w:type="dxa"/>
            </w:tcMar>
            <w:vAlign w:val="center"/>
          </w:tcPr>
          <w:p w:rsidR="00D36D1E" w:rsidRDefault="00D36D1E"/>
        </w:tc>
      </w:tr>
      <w:tr w:rsidR="00D36D1E" w:rsidTr="00BC21C8">
        <w:trPr>
          <w:jc w:val="center"/>
        </w:trPr>
        <w:tc>
          <w:tcPr>
            <w:tcW w:w="11557" w:type="dxa"/>
            <w:gridSpan w:val="7"/>
            <w:tcMar>
              <w:top w:w="25" w:type="dxa"/>
              <w:left w:w="95" w:type="dxa"/>
              <w:bottom w:w="25" w:type="dxa"/>
              <w:right w:w="95" w:type="dxa"/>
            </w:tcMar>
          </w:tcPr>
          <w:p w:rsidR="00D36D1E" w:rsidRDefault="000E0899">
            <w:r>
              <w:rPr>
                <w:b/>
                <w:color w:val="1F2937"/>
                <w:sz w:val="16"/>
              </w:rPr>
              <w:t xml:space="preserve">I, as the authorized representative of the supplier, declare that the information in this form is true and accurate, and I will </w:t>
            </w:r>
            <w:r>
              <w:rPr>
                <w:b/>
                <w:color w:val="1F2937"/>
                <w:sz w:val="16"/>
              </w:rPr>
              <w:t>imme</w:t>
            </w:r>
            <w:r>
              <w:rPr>
                <w:b/>
                <w:color w:val="1F2937"/>
                <w:sz w:val="16"/>
              </w:rPr>
              <w:t>diately disclose any actual, potential, or perceived conflict of interest related to SRD employees or related decisions.</w:t>
            </w:r>
            <w:r>
              <w:rPr>
                <w:b/>
                <w:color w:val="1F2937"/>
                <w:sz w:val="16"/>
              </w:rPr>
              <w:br/>
            </w:r>
            <w:r>
              <w:rPr>
                <w:b/>
                <w:color w:val="1F2937"/>
                <w:sz w:val="16"/>
              </w:rPr>
              <w:t>أقر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بصفتي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الممثل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المفوض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عن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المزود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بأن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المعلومات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الواردة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في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هذا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النموذج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صحيحة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ودقيقة،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وأتعهد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بالإفصاح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فورًا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عن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أي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تضارب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مصالح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فعلي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أ</w:t>
            </w:r>
            <w:r>
              <w:rPr>
                <w:b/>
                <w:color w:val="1F2937"/>
                <w:sz w:val="16"/>
              </w:rPr>
              <w:t>و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محتمل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أو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متصور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يتعلق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بموظفي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المنظمة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أو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بالقرارات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ذات</w:t>
            </w:r>
            <w:r>
              <w:rPr>
                <w:b/>
                <w:color w:val="1F2937"/>
                <w:sz w:val="16"/>
              </w:rPr>
              <w:t xml:space="preserve"> </w:t>
            </w:r>
            <w:r>
              <w:rPr>
                <w:b/>
                <w:color w:val="1F2937"/>
                <w:sz w:val="16"/>
              </w:rPr>
              <w:t>الصلة</w:t>
            </w:r>
            <w:r>
              <w:rPr>
                <w:b/>
                <w:color w:val="1F2937"/>
                <w:sz w:val="16"/>
              </w:rPr>
              <w:t>.</w:t>
            </w:r>
          </w:p>
        </w:tc>
      </w:tr>
      <w:tr w:rsidR="00D36D1E" w:rsidTr="00BC21C8">
        <w:trPr>
          <w:jc w:val="center"/>
        </w:trPr>
        <w:tc>
          <w:tcPr>
            <w:tcW w:w="2665" w:type="dxa"/>
            <w:gridSpan w:val="2"/>
            <w:shd w:val="clear" w:color="auto" w:fill="0B4F84"/>
            <w:tcMar>
              <w:top w:w="22" w:type="dxa"/>
              <w:left w:w="60" w:type="dxa"/>
              <w:bottom w:w="22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6"/>
              </w:rPr>
              <w:t>Supplier Rep. Name / Signature</w:t>
            </w:r>
            <w:r>
              <w:rPr>
                <w:b/>
                <w:color w:val="FFFFFF"/>
                <w:sz w:val="16"/>
              </w:rPr>
              <w:br/>
            </w:r>
            <w:r>
              <w:rPr>
                <w:b/>
                <w:color w:val="FFFFFF"/>
                <w:sz w:val="16"/>
              </w:rPr>
              <w:t>اسم</w:t>
            </w:r>
            <w:r>
              <w:rPr>
                <w:b/>
                <w:color w:val="FFFFFF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ممثل</w:t>
            </w:r>
            <w:r>
              <w:rPr>
                <w:b/>
                <w:color w:val="FFFFFF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المزود</w:t>
            </w:r>
            <w:r>
              <w:rPr>
                <w:b/>
                <w:color w:val="FFFFFF"/>
                <w:sz w:val="16"/>
              </w:rPr>
              <w:t xml:space="preserve"> / </w:t>
            </w:r>
            <w:r>
              <w:rPr>
                <w:b/>
                <w:color w:val="FFFFFF"/>
                <w:sz w:val="16"/>
              </w:rPr>
              <w:t>التوقيع</w:t>
            </w:r>
            <w:r>
              <w:rPr>
                <w:b/>
                <w:color w:val="FFFFFF"/>
                <w:sz w:val="16"/>
              </w:rPr>
              <w:br/>
              <w:t>________________</w:t>
            </w:r>
          </w:p>
        </w:tc>
        <w:tc>
          <w:tcPr>
            <w:tcW w:w="2437" w:type="dxa"/>
            <w:gridSpan w:val="2"/>
            <w:shd w:val="clear" w:color="auto" w:fill="0B4F84"/>
            <w:tcMar>
              <w:top w:w="22" w:type="dxa"/>
              <w:left w:w="60" w:type="dxa"/>
              <w:bottom w:w="22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6"/>
              </w:rPr>
              <w:t>Date</w:t>
            </w:r>
            <w:r>
              <w:rPr>
                <w:b/>
                <w:color w:val="FFFFFF"/>
                <w:sz w:val="16"/>
              </w:rPr>
              <w:br/>
            </w:r>
            <w:r>
              <w:rPr>
                <w:b/>
                <w:color w:val="FFFFFF"/>
                <w:sz w:val="16"/>
              </w:rPr>
              <w:t>التاريخ</w:t>
            </w:r>
            <w:r>
              <w:rPr>
                <w:b/>
                <w:color w:val="FFFFFF"/>
                <w:sz w:val="16"/>
              </w:rPr>
              <w:br/>
              <w:t>________</w:t>
            </w:r>
          </w:p>
        </w:tc>
        <w:tc>
          <w:tcPr>
            <w:tcW w:w="4025" w:type="dxa"/>
            <w:gridSpan w:val="2"/>
            <w:shd w:val="clear" w:color="auto" w:fill="0B4F84"/>
            <w:tcMar>
              <w:top w:w="22" w:type="dxa"/>
              <w:left w:w="60" w:type="dxa"/>
              <w:bottom w:w="22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6"/>
              </w:rPr>
              <w:t>Company Stamp</w:t>
            </w:r>
            <w:r>
              <w:rPr>
                <w:b/>
                <w:color w:val="FFFFFF"/>
                <w:sz w:val="16"/>
              </w:rPr>
              <w:br/>
            </w:r>
            <w:r>
              <w:rPr>
                <w:b/>
                <w:color w:val="FFFFFF"/>
                <w:sz w:val="16"/>
              </w:rPr>
              <w:t>ختم</w:t>
            </w:r>
            <w:r>
              <w:rPr>
                <w:b/>
                <w:color w:val="FFFFFF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الشركة</w:t>
            </w:r>
            <w:r>
              <w:rPr>
                <w:b/>
                <w:color w:val="FFFFFF"/>
                <w:sz w:val="16"/>
              </w:rPr>
              <w:br/>
              <w:t>________________</w:t>
            </w:r>
          </w:p>
        </w:tc>
        <w:tc>
          <w:tcPr>
            <w:tcW w:w="2430" w:type="dxa"/>
            <w:shd w:val="clear" w:color="auto" w:fill="0B4F84"/>
            <w:tcMar>
              <w:top w:w="22" w:type="dxa"/>
              <w:left w:w="60" w:type="dxa"/>
              <w:bottom w:w="22" w:type="dxa"/>
              <w:right w:w="60" w:type="dxa"/>
            </w:tcMar>
            <w:vAlign w:val="center"/>
          </w:tcPr>
          <w:p w:rsidR="00D36D1E" w:rsidRDefault="000E0899">
            <w:r>
              <w:rPr>
                <w:b/>
                <w:color w:val="FFFFFF"/>
                <w:sz w:val="16"/>
              </w:rPr>
              <w:t>Received by Supply Chain</w:t>
            </w:r>
            <w:r>
              <w:rPr>
                <w:b/>
                <w:color w:val="FFFFFF"/>
                <w:sz w:val="16"/>
              </w:rPr>
              <w:br/>
            </w:r>
            <w:r>
              <w:rPr>
                <w:b/>
                <w:color w:val="FFFFFF"/>
                <w:sz w:val="16"/>
              </w:rPr>
              <w:t>استلام</w:t>
            </w:r>
            <w:r>
              <w:rPr>
                <w:b/>
                <w:color w:val="FFFFFF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سلاسل</w:t>
            </w:r>
            <w:r>
              <w:rPr>
                <w:b/>
                <w:color w:val="FFFFFF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الإمداد</w:t>
            </w:r>
            <w:r>
              <w:rPr>
                <w:b/>
                <w:color w:val="FFFFFF"/>
                <w:sz w:val="16"/>
              </w:rPr>
              <w:br/>
              <w:t>________</w:t>
            </w:r>
          </w:p>
        </w:tc>
      </w:tr>
    </w:tbl>
    <w:p w:rsidR="000E0899" w:rsidRDefault="000E0899"/>
    <w:sectPr w:rsidR="000E0899" w:rsidSect="00BC21C8">
      <w:headerReference w:type="default" r:id="rId8"/>
      <w:pgSz w:w="11906" w:h="16838"/>
      <w:pgMar w:top="1440" w:right="567" w:bottom="454" w:left="567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899" w:rsidRDefault="000E0899" w:rsidP="00BC21C8">
      <w:pPr>
        <w:spacing w:after="0" w:line="240" w:lineRule="auto"/>
      </w:pPr>
      <w:r>
        <w:separator/>
      </w:r>
    </w:p>
  </w:endnote>
  <w:endnote w:type="continuationSeparator" w:id="0">
    <w:p w:rsidR="000E0899" w:rsidRDefault="000E0899" w:rsidP="00BC2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899" w:rsidRDefault="000E0899" w:rsidP="00BC21C8">
      <w:pPr>
        <w:spacing w:after="0" w:line="240" w:lineRule="auto"/>
      </w:pPr>
      <w:r>
        <w:separator/>
      </w:r>
    </w:p>
  </w:footnote>
  <w:footnote w:type="continuationSeparator" w:id="0">
    <w:p w:rsidR="000E0899" w:rsidRDefault="000E0899" w:rsidP="00BC2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1C8" w:rsidRDefault="00BC21C8">
    <w:pPr>
      <w:pStyle w:val="Header"/>
    </w:pPr>
    <w:r>
      <w:tab/>
      <w:t xml:space="preserve">                         </w:t>
    </w:r>
    <w:r>
      <w:rPr>
        <w:b/>
        <w:noProof/>
        <w:color w:val="1F2937"/>
        <w:sz w:val="16"/>
      </w:rPr>
      <w:drawing>
        <wp:inline distT="0" distB="0" distL="0" distR="0" wp14:anchorId="760C9BC9" wp14:editId="5CC16D3F">
          <wp:extent cx="1097280" cy="1162235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076" cy="1170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0899"/>
    <w:rsid w:val="0015074B"/>
    <w:rsid w:val="0029639D"/>
    <w:rsid w:val="00326F90"/>
    <w:rsid w:val="00AA1D8D"/>
    <w:rsid w:val="00B47730"/>
    <w:rsid w:val="00BC21C8"/>
    <w:rsid w:val="00CB0664"/>
    <w:rsid w:val="00D36D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7E945E"/>
  <w14:defaultImageDpi w14:val="300"/>
  <w15:docId w15:val="{0F9FFB80-F814-487A-B7A8-F235917BD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0BD935-9EA4-4E86-A0BC-0E75743D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AMR Alhakimi</cp:lastModifiedBy>
  <cp:revision>2</cp:revision>
  <dcterms:created xsi:type="dcterms:W3CDTF">2013-12-23T23:15:00Z</dcterms:created>
  <dcterms:modified xsi:type="dcterms:W3CDTF">2026-03-25T10:12:00Z</dcterms:modified>
  <cp:category/>
</cp:coreProperties>
</file>